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95618" w14:textId="77777777" w:rsidR="009E584E" w:rsidRDefault="009E584E" w:rsidP="009E584E">
      <w:pPr>
        <w:pStyle w:val="Heading1"/>
        <w:rPr>
          <w:rFonts w:ascii="Aptos" w:hAnsi="Aptos"/>
          <w:sz w:val="44"/>
          <w:szCs w:val="44"/>
        </w:rPr>
      </w:pPr>
    </w:p>
    <w:p w14:paraId="1D3DB2CF" w14:textId="14DB4316" w:rsidR="0032217A" w:rsidRPr="009B7FDD" w:rsidRDefault="00FC7DC0" w:rsidP="009E584E">
      <w:pPr>
        <w:pStyle w:val="Heading1"/>
        <w:jc w:val="center"/>
        <w:rPr>
          <w:rFonts w:ascii="Aptos" w:hAnsi="Aptos"/>
          <w:sz w:val="44"/>
          <w:szCs w:val="44"/>
        </w:rPr>
      </w:pPr>
      <w:r w:rsidRPr="009B7FDD">
        <w:rPr>
          <w:rFonts w:ascii="Aptos" w:hAnsi="Aptos"/>
          <w:sz w:val="44"/>
          <w:szCs w:val="44"/>
        </w:rPr>
        <w:t xml:space="preserve">CULTURE DAY FOOD FESTIVAL CHECKLIST </w:t>
      </w:r>
    </w:p>
    <w:p w14:paraId="3BCD03E1" w14:textId="77777777" w:rsidR="009B7FDD" w:rsidRDefault="009B7FDD">
      <w:pPr>
        <w:rPr>
          <w:rFonts w:ascii="Aptos" w:hAnsi="Aptos"/>
          <w:sz w:val="24"/>
          <w:szCs w:val="24"/>
        </w:rPr>
      </w:pPr>
    </w:p>
    <w:p w14:paraId="6301788D" w14:textId="0A5F4EEA" w:rsidR="0032217A" w:rsidRPr="009E584E" w:rsidRDefault="00FC7DC0">
      <w:pPr>
        <w:rPr>
          <w:rFonts w:ascii="Aptos" w:hAnsi="Aptos"/>
          <w:sz w:val="24"/>
          <w:szCs w:val="24"/>
        </w:rPr>
      </w:pPr>
      <w:r w:rsidRPr="009E584E">
        <w:rPr>
          <w:rFonts w:ascii="Aptos" w:hAnsi="Aptos"/>
          <w:sz w:val="24"/>
          <w:szCs w:val="24"/>
        </w:rPr>
        <w:t>Use this checklist to make sure your food contribution meets all the festival guidelines!</w:t>
      </w:r>
    </w:p>
    <w:p w14:paraId="4A7AB2C2" w14:textId="5A093E26" w:rsidR="0032217A" w:rsidRPr="009E584E" w:rsidRDefault="00FC7DC0">
      <w:pPr>
        <w:pStyle w:val="Heading2"/>
        <w:rPr>
          <w:rFonts w:ascii="Aptos" w:hAnsi="Aptos"/>
          <w:sz w:val="28"/>
          <w:szCs w:val="28"/>
        </w:rPr>
      </w:pPr>
      <w:r w:rsidRPr="009E584E">
        <w:rPr>
          <w:rFonts w:ascii="Aptos" w:hAnsi="Aptos"/>
          <w:sz w:val="28"/>
          <w:szCs w:val="28"/>
        </w:rPr>
        <w:t>CULTURAL VARIETY</w:t>
      </w:r>
    </w:p>
    <w:p w14:paraId="602887C7" w14:textId="77777777" w:rsidR="0032217A" w:rsidRPr="009E584E" w:rsidRDefault="00FC7DC0" w:rsidP="003B63C9">
      <w:pPr>
        <w:pStyle w:val="ListBullet"/>
        <w:numPr>
          <w:ilvl w:val="0"/>
          <w:numId w:val="0"/>
        </w:numPr>
        <w:ind w:left="360" w:hanging="360"/>
        <w:rPr>
          <w:rFonts w:ascii="Aptos" w:hAnsi="Aptos"/>
          <w:sz w:val="24"/>
          <w:szCs w:val="24"/>
        </w:rPr>
      </w:pPr>
      <w:r w:rsidRPr="009E584E">
        <w:rPr>
          <w:rFonts w:ascii="Aptos" w:hAnsi="Aptos" w:cs="Segoe UI Symbol"/>
          <w:sz w:val="24"/>
          <w:szCs w:val="24"/>
        </w:rPr>
        <w:t>☐</w:t>
      </w:r>
      <w:r w:rsidRPr="009E584E">
        <w:rPr>
          <w:rFonts w:ascii="Aptos" w:hAnsi="Aptos"/>
          <w:sz w:val="24"/>
          <w:szCs w:val="24"/>
        </w:rPr>
        <w:t xml:space="preserve"> My dish represents a specific culture or country</w:t>
      </w:r>
    </w:p>
    <w:p w14:paraId="0DEDCC31" w14:textId="600B03D4" w:rsidR="0032217A" w:rsidRPr="009E584E" w:rsidRDefault="00FC7DC0" w:rsidP="003B63C9">
      <w:pPr>
        <w:pStyle w:val="ListBullet"/>
        <w:numPr>
          <w:ilvl w:val="0"/>
          <w:numId w:val="0"/>
        </w:numPr>
        <w:ind w:left="360" w:hanging="360"/>
        <w:rPr>
          <w:rFonts w:ascii="Aptos" w:hAnsi="Aptos"/>
          <w:sz w:val="24"/>
          <w:szCs w:val="24"/>
        </w:rPr>
      </w:pPr>
      <w:r w:rsidRPr="009E584E">
        <w:rPr>
          <w:rFonts w:ascii="Aptos" w:hAnsi="Aptos"/>
          <w:sz w:val="24"/>
          <w:szCs w:val="24"/>
        </w:rPr>
        <w:t>☐</w:t>
      </w:r>
      <w:r w:rsidRPr="009E584E">
        <w:rPr>
          <w:rFonts w:ascii="Aptos" w:hAnsi="Aptos"/>
          <w:sz w:val="24"/>
          <w:szCs w:val="24"/>
        </w:rPr>
        <w:t xml:space="preserve"> I have chosen a culture respectfully (my own or another)</w:t>
      </w:r>
    </w:p>
    <w:p w14:paraId="080C2CC2" w14:textId="77777777" w:rsidR="009E584E" w:rsidRPr="009E584E" w:rsidRDefault="009E584E" w:rsidP="003B63C9">
      <w:pPr>
        <w:pStyle w:val="ListBullet"/>
        <w:numPr>
          <w:ilvl w:val="0"/>
          <w:numId w:val="0"/>
        </w:numPr>
        <w:ind w:left="360" w:hanging="360"/>
        <w:rPr>
          <w:rFonts w:ascii="Aptos" w:hAnsi="Aptos"/>
          <w:sz w:val="24"/>
          <w:szCs w:val="24"/>
        </w:rPr>
      </w:pPr>
    </w:p>
    <w:p w14:paraId="477AF2CB" w14:textId="2A241778" w:rsidR="009E584E" w:rsidRPr="009E584E" w:rsidRDefault="009E584E" w:rsidP="009E584E">
      <w:pPr>
        <w:pStyle w:val="ListBullet"/>
        <w:numPr>
          <w:ilvl w:val="0"/>
          <w:numId w:val="0"/>
        </w:numPr>
        <w:ind w:left="360" w:hanging="360"/>
        <w:rPr>
          <w:rFonts w:ascii="Aptos" w:hAnsi="Aptos"/>
          <w:b/>
          <w:bCs/>
          <w:color w:val="548DD4" w:themeColor="text2" w:themeTint="99"/>
          <w:sz w:val="28"/>
          <w:szCs w:val="28"/>
        </w:rPr>
      </w:pPr>
      <w:r w:rsidRPr="009E584E">
        <w:rPr>
          <w:rFonts w:ascii="Aptos" w:hAnsi="Aptos"/>
          <w:b/>
          <w:bCs/>
          <w:color w:val="548DD4" w:themeColor="text2" w:themeTint="99"/>
          <w:sz w:val="28"/>
          <w:szCs w:val="28"/>
        </w:rPr>
        <w:t>PREPERATION</w:t>
      </w:r>
    </w:p>
    <w:p w14:paraId="0D099F1F" w14:textId="54A290A0" w:rsidR="009E584E" w:rsidRPr="009E584E" w:rsidRDefault="009E584E" w:rsidP="009E584E">
      <w:pPr>
        <w:pStyle w:val="ListBullet"/>
        <w:numPr>
          <w:ilvl w:val="0"/>
          <w:numId w:val="0"/>
        </w:numPr>
        <w:ind w:left="360" w:hanging="360"/>
        <w:rPr>
          <w:rFonts w:ascii="Aptos" w:hAnsi="Aptos"/>
          <w:sz w:val="24"/>
          <w:szCs w:val="24"/>
        </w:rPr>
      </w:pPr>
      <w:r w:rsidRPr="009E584E">
        <w:rPr>
          <w:rFonts w:ascii="Aptos" w:hAnsi="Aptos" w:cs="Segoe UI Symbol"/>
          <w:sz w:val="24"/>
          <w:szCs w:val="24"/>
        </w:rPr>
        <w:t>☐</w:t>
      </w:r>
      <w:r w:rsidRPr="009E584E">
        <w:rPr>
          <w:rFonts w:ascii="Aptos" w:hAnsi="Aptos"/>
          <w:sz w:val="24"/>
          <w:szCs w:val="24"/>
        </w:rPr>
        <w:t xml:space="preserve"> My food has been cooked, as we cannot cook any food on the day</w:t>
      </w:r>
    </w:p>
    <w:p w14:paraId="3DEECBB4" w14:textId="77777777" w:rsidR="009E584E" w:rsidRPr="009E584E" w:rsidRDefault="009E584E" w:rsidP="003B63C9">
      <w:pPr>
        <w:pStyle w:val="ListBullet"/>
        <w:numPr>
          <w:ilvl w:val="0"/>
          <w:numId w:val="0"/>
        </w:numPr>
        <w:ind w:left="360" w:hanging="360"/>
        <w:rPr>
          <w:rFonts w:ascii="Aptos" w:hAnsi="Aptos"/>
          <w:sz w:val="24"/>
          <w:szCs w:val="24"/>
        </w:rPr>
      </w:pPr>
    </w:p>
    <w:p w14:paraId="76BF20AE" w14:textId="2B3A67C0" w:rsidR="0032217A" w:rsidRPr="009E584E" w:rsidRDefault="00FC7DC0">
      <w:pPr>
        <w:pStyle w:val="Heading2"/>
        <w:rPr>
          <w:rFonts w:ascii="Aptos" w:hAnsi="Aptos"/>
          <w:sz w:val="28"/>
          <w:szCs w:val="28"/>
        </w:rPr>
      </w:pPr>
      <w:r w:rsidRPr="009E584E">
        <w:rPr>
          <w:rFonts w:ascii="Aptos" w:hAnsi="Aptos"/>
          <w:sz w:val="28"/>
          <w:szCs w:val="28"/>
        </w:rPr>
        <w:t>SMALL BITES ONLY</w:t>
      </w:r>
    </w:p>
    <w:p w14:paraId="1D55ABD9" w14:textId="77777777" w:rsidR="0032217A" w:rsidRPr="009E584E" w:rsidRDefault="00FC7DC0" w:rsidP="003B63C9">
      <w:pPr>
        <w:pStyle w:val="ListBullet"/>
        <w:numPr>
          <w:ilvl w:val="0"/>
          <w:numId w:val="0"/>
        </w:numPr>
        <w:ind w:left="360" w:hanging="360"/>
        <w:rPr>
          <w:rFonts w:ascii="Aptos" w:hAnsi="Aptos"/>
          <w:sz w:val="24"/>
          <w:szCs w:val="24"/>
        </w:rPr>
      </w:pPr>
      <w:r w:rsidRPr="009E584E">
        <w:rPr>
          <w:rFonts w:ascii="Aptos" w:hAnsi="Aptos"/>
          <w:sz w:val="24"/>
          <w:szCs w:val="24"/>
        </w:rPr>
        <w:t>☐</w:t>
      </w:r>
      <w:r w:rsidRPr="009E584E">
        <w:rPr>
          <w:rFonts w:ascii="Aptos" w:hAnsi="Aptos"/>
          <w:sz w:val="24"/>
          <w:szCs w:val="24"/>
        </w:rPr>
        <w:t xml:space="preserve"> My dish is served in bite-sized portions</w:t>
      </w:r>
    </w:p>
    <w:p w14:paraId="7AAE6863" w14:textId="417E3334" w:rsidR="0032217A" w:rsidRPr="009E584E" w:rsidRDefault="00FC7DC0" w:rsidP="003B63C9">
      <w:pPr>
        <w:pStyle w:val="ListBullet"/>
        <w:numPr>
          <w:ilvl w:val="0"/>
          <w:numId w:val="0"/>
        </w:numPr>
        <w:ind w:left="360" w:hanging="360"/>
        <w:rPr>
          <w:rFonts w:ascii="Aptos" w:hAnsi="Aptos"/>
          <w:sz w:val="24"/>
          <w:szCs w:val="24"/>
        </w:rPr>
      </w:pPr>
      <w:r w:rsidRPr="009E584E">
        <w:rPr>
          <w:rFonts w:ascii="Aptos" w:hAnsi="Aptos" w:cs="Segoe UI Symbol"/>
          <w:sz w:val="24"/>
          <w:szCs w:val="24"/>
        </w:rPr>
        <w:t>☐</w:t>
      </w:r>
      <w:r w:rsidRPr="009E584E">
        <w:rPr>
          <w:rFonts w:ascii="Aptos" w:hAnsi="Aptos"/>
          <w:sz w:val="24"/>
          <w:szCs w:val="24"/>
        </w:rPr>
        <w:t xml:space="preserve"> Each piece can be picked up and eaten in one bite</w:t>
      </w:r>
    </w:p>
    <w:p w14:paraId="0FE7A5E3" w14:textId="0E0A1CCF" w:rsidR="0032217A" w:rsidRPr="009E584E" w:rsidRDefault="00FC7DC0">
      <w:pPr>
        <w:pStyle w:val="Heading2"/>
        <w:rPr>
          <w:rFonts w:ascii="Aptos" w:hAnsi="Aptos"/>
          <w:sz w:val="28"/>
          <w:szCs w:val="28"/>
        </w:rPr>
      </w:pPr>
      <w:r w:rsidRPr="009E584E">
        <w:rPr>
          <w:rFonts w:ascii="Aptos" w:hAnsi="Aptos"/>
          <w:sz w:val="28"/>
          <w:szCs w:val="28"/>
        </w:rPr>
        <w:t>INGREDIENT LABEL</w:t>
      </w:r>
    </w:p>
    <w:p w14:paraId="44D3BC1F" w14:textId="77777777" w:rsidR="0032217A" w:rsidRPr="009E584E" w:rsidRDefault="00FC7DC0" w:rsidP="003B63C9">
      <w:pPr>
        <w:pStyle w:val="ListBullet"/>
        <w:numPr>
          <w:ilvl w:val="0"/>
          <w:numId w:val="0"/>
        </w:numPr>
        <w:ind w:left="360" w:hanging="360"/>
        <w:rPr>
          <w:rFonts w:ascii="Aptos" w:hAnsi="Aptos"/>
          <w:sz w:val="24"/>
          <w:szCs w:val="24"/>
        </w:rPr>
      </w:pPr>
      <w:r w:rsidRPr="009E584E">
        <w:rPr>
          <w:rFonts w:ascii="Aptos" w:hAnsi="Aptos" w:cs="Segoe UI Symbol"/>
          <w:sz w:val="24"/>
          <w:szCs w:val="24"/>
        </w:rPr>
        <w:t>☐</w:t>
      </w:r>
      <w:r w:rsidRPr="009E584E">
        <w:rPr>
          <w:rFonts w:ascii="Aptos" w:hAnsi="Aptos"/>
          <w:sz w:val="24"/>
          <w:szCs w:val="24"/>
        </w:rPr>
        <w:t xml:space="preserve"> I have included a full list of ingredients with my dish</w:t>
      </w:r>
    </w:p>
    <w:p w14:paraId="09E4D61E" w14:textId="281DD2D7" w:rsidR="0032217A" w:rsidRPr="009E584E" w:rsidRDefault="00FC7DC0">
      <w:pPr>
        <w:pStyle w:val="Heading2"/>
        <w:rPr>
          <w:rFonts w:ascii="Aptos" w:hAnsi="Aptos"/>
          <w:sz w:val="28"/>
          <w:szCs w:val="28"/>
        </w:rPr>
      </w:pPr>
      <w:r w:rsidRPr="009E584E">
        <w:rPr>
          <w:rFonts w:ascii="Aptos" w:hAnsi="Aptos"/>
          <w:sz w:val="28"/>
          <w:szCs w:val="28"/>
        </w:rPr>
        <w:t>NUT-FREE</w:t>
      </w:r>
    </w:p>
    <w:p w14:paraId="2AF7031C" w14:textId="63597A2F" w:rsidR="0032217A" w:rsidRPr="009E584E" w:rsidRDefault="00FC7DC0" w:rsidP="003B63C9">
      <w:pPr>
        <w:pStyle w:val="ListBullet"/>
        <w:numPr>
          <w:ilvl w:val="0"/>
          <w:numId w:val="0"/>
        </w:numPr>
        <w:ind w:left="360" w:hanging="360"/>
        <w:rPr>
          <w:rFonts w:ascii="Aptos" w:hAnsi="Aptos"/>
          <w:sz w:val="24"/>
          <w:szCs w:val="24"/>
        </w:rPr>
      </w:pPr>
      <w:r w:rsidRPr="009E584E">
        <w:rPr>
          <w:rFonts w:ascii="Aptos" w:hAnsi="Aptos" w:cs="Segoe UI Symbol"/>
          <w:sz w:val="24"/>
          <w:szCs w:val="24"/>
        </w:rPr>
        <w:t>☐</w:t>
      </w:r>
      <w:r w:rsidRPr="009E584E">
        <w:rPr>
          <w:rFonts w:ascii="Aptos" w:hAnsi="Aptos"/>
          <w:sz w:val="24"/>
          <w:szCs w:val="24"/>
        </w:rPr>
        <w:t xml:space="preserve"> My dish contains no nuts or nut products</w:t>
      </w:r>
    </w:p>
    <w:p w14:paraId="613F0437" w14:textId="5AC3F905" w:rsidR="0032217A" w:rsidRPr="009E584E" w:rsidRDefault="00FC7DC0">
      <w:pPr>
        <w:pStyle w:val="Heading2"/>
        <w:rPr>
          <w:rFonts w:ascii="Aptos" w:hAnsi="Aptos"/>
          <w:sz w:val="28"/>
          <w:szCs w:val="28"/>
        </w:rPr>
      </w:pPr>
      <w:r w:rsidRPr="009E584E">
        <w:rPr>
          <w:rFonts w:ascii="Aptos" w:hAnsi="Aptos"/>
          <w:sz w:val="28"/>
          <w:szCs w:val="28"/>
        </w:rPr>
        <w:t>CULTURE LABEL</w:t>
      </w:r>
    </w:p>
    <w:p w14:paraId="499190EA" w14:textId="0EDBFB31" w:rsidR="0032217A" w:rsidRPr="009E584E" w:rsidRDefault="00FC7DC0" w:rsidP="003B63C9">
      <w:pPr>
        <w:pStyle w:val="ListBullet"/>
        <w:numPr>
          <w:ilvl w:val="0"/>
          <w:numId w:val="0"/>
        </w:numPr>
        <w:ind w:left="360" w:hanging="360"/>
        <w:rPr>
          <w:rFonts w:ascii="Aptos" w:hAnsi="Aptos"/>
          <w:sz w:val="24"/>
          <w:szCs w:val="24"/>
        </w:rPr>
      </w:pPr>
      <w:r w:rsidRPr="009E584E">
        <w:rPr>
          <w:rFonts w:ascii="Aptos" w:hAnsi="Aptos"/>
          <w:sz w:val="24"/>
          <w:szCs w:val="24"/>
        </w:rPr>
        <w:t>☐</w:t>
      </w:r>
      <w:r w:rsidRPr="009E584E">
        <w:rPr>
          <w:rFonts w:ascii="Aptos" w:hAnsi="Aptos"/>
          <w:sz w:val="24"/>
          <w:szCs w:val="24"/>
        </w:rPr>
        <w:t xml:space="preserve"> Dish name is labelled</w:t>
      </w:r>
    </w:p>
    <w:p w14:paraId="7071402A" w14:textId="77777777" w:rsidR="0032217A" w:rsidRPr="009E584E" w:rsidRDefault="00FC7DC0" w:rsidP="003B63C9">
      <w:pPr>
        <w:pStyle w:val="ListBullet"/>
        <w:numPr>
          <w:ilvl w:val="0"/>
          <w:numId w:val="0"/>
        </w:numPr>
        <w:ind w:left="360" w:hanging="360"/>
        <w:rPr>
          <w:rFonts w:ascii="Aptos" w:hAnsi="Aptos"/>
          <w:sz w:val="24"/>
          <w:szCs w:val="24"/>
        </w:rPr>
      </w:pPr>
      <w:r w:rsidRPr="009E584E">
        <w:rPr>
          <w:rFonts w:ascii="Aptos" w:hAnsi="Aptos"/>
          <w:sz w:val="24"/>
          <w:szCs w:val="24"/>
        </w:rPr>
        <w:t>☐</w:t>
      </w:r>
      <w:r w:rsidRPr="009E584E">
        <w:rPr>
          <w:rFonts w:ascii="Aptos" w:hAnsi="Aptos"/>
          <w:sz w:val="24"/>
          <w:szCs w:val="24"/>
        </w:rPr>
        <w:t xml:space="preserve"> Country or culture of origin is labelled</w:t>
      </w:r>
    </w:p>
    <w:p w14:paraId="43B77F52" w14:textId="77777777" w:rsidR="0032217A" w:rsidRPr="009E584E" w:rsidRDefault="00FC7DC0" w:rsidP="003B63C9">
      <w:pPr>
        <w:pStyle w:val="ListBullet"/>
        <w:numPr>
          <w:ilvl w:val="0"/>
          <w:numId w:val="0"/>
        </w:numPr>
        <w:ind w:left="360" w:hanging="360"/>
        <w:rPr>
          <w:rFonts w:ascii="Aptos" w:hAnsi="Aptos"/>
          <w:sz w:val="24"/>
          <w:szCs w:val="24"/>
        </w:rPr>
      </w:pPr>
      <w:r w:rsidRPr="009E584E">
        <w:rPr>
          <w:rFonts w:ascii="Aptos" w:hAnsi="Aptos"/>
          <w:sz w:val="24"/>
          <w:szCs w:val="24"/>
        </w:rPr>
        <w:t>☐</w:t>
      </w:r>
      <w:r w:rsidRPr="009E584E">
        <w:rPr>
          <w:rFonts w:ascii="Aptos" w:hAnsi="Aptos"/>
          <w:sz w:val="24"/>
          <w:szCs w:val="24"/>
        </w:rPr>
        <w:t xml:space="preserve"> Ingredients list is included</w:t>
      </w:r>
    </w:p>
    <w:p w14:paraId="719C5490" w14:textId="2D46974B" w:rsidR="0032217A" w:rsidRPr="009E584E" w:rsidRDefault="00FC7DC0">
      <w:pPr>
        <w:pStyle w:val="Heading2"/>
        <w:rPr>
          <w:rFonts w:ascii="Aptos" w:hAnsi="Aptos"/>
          <w:sz w:val="28"/>
          <w:szCs w:val="28"/>
        </w:rPr>
      </w:pPr>
      <w:r w:rsidRPr="009E584E">
        <w:rPr>
          <w:rFonts w:ascii="Aptos" w:hAnsi="Aptos"/>
          <w:sz w:val="28"/>
          <w:szCs w:val="28"/>
        </w:rPr>
        <w:t>ADDITIONAL INFORMATION</w:t>
      </w:r>
    </w:p>
    <w:p w14:paraId="1565081C" w14:textId="77777777" w:rsidR="0032217A" w:rsidRPr="009E584E" w:rsidRDefault="00FC7DC0" w:rsidP="003B63C9">
      <w:pPr>
        <w:pStyle w:val="ListBullet"/>
        <w:numPr>
          <w:ilvl w:val="0"/>
          <w:numId w:val="0"/>
        </w:numPr>
        <w:ind w:left="360" w:hanging="360"/>
        <w:rPr>
          <w:rFonts w:ascii="Aptos" w:hAnsi="Aptos"/>
          <w:sz w:val="24"/>
          <w:szCs w:val="24"/>
        </w:rPr>
      </w:pPr>
      <w:r w:rsidRPr="009E584E">
        <w:rPr>
          <w:rFonts w:ascii="Aptos" w:hAnsi="Aptos"/>
          <w:sz w:val="24"/>
          <w:szCs w:val="24"/>
        </w:rPr>
        <w:t>☐</w:t>
      </w:r>
      <w:r w:rsidRPr="009E584E">
        <w:rPr>
          <w:rFonts w:ascii="Aptos" w:hAnsi="Aptos"/>
          <w:sz w:val="24"/>
          <w:szCs w:val="24"/>
        </w:rPr>
        <w:t xml:space="preserve"> I have clearly labelled any meat used (e.g., chicken, beef, lamb)</w:t>
      </w:r>
    </w:p>
    <w:p w14:paraId="5FF4CDF2" w14:textId="77777777" w:rsidR="0032217A" w:rsidRPr="009E584E" w:rsidRDefault="00FC7DC0" w:rsidP="003B63C9">
      <w:pPr>
        <w:pStyle w:val="ListBullet"/>
        <w:numPr>
          <w:ilvl w:val="0"/>
          <w:numId w:val="0"/>
        </w:numPr>
        <w:ind w:left="360" w:hanging="360"/>
        <w:rPr>
          <w:rFonts w:ascii="Aptos" w:hAnsi="Aptos"/>
          <w:sz w:val="24"/>
          <w:szCs w:val="24"/>
        </w:rPr>
      </w:pPr>
      <w:r w:rsidRPr="009E584E">
        <w:rPr>
          <w:rFonts w:ascii="Aptos" w:hAnsi="Aptos"/>
          <w:sz w:val="24"/>
          <w:szCs w:val="24"/>
        </w:rPr>
        <w:t>☐</w:t>
      </w:r>
      <w:r w:rsidRPr="009E584E">
        <w:rPr>
          <w:rFonts w:ascii="Aptos" w:hAnsi="Aptos"/>
          <w:sz w:val="24"/>
          <w:szCs w:val="24"/>
        </w:rPr>
        <w:t xml:space="preserve"> I have indicated if the dish is vegetarian or vegan</w:t>
      </w:r>
    </w:p>
    <w:p w14:paraId="4D8DAA75" w14:textId="62DF596E" w:rsidR="0032217A" w:rsidRPr="009E584E" w:rsidRDefault="00FC7DC0" w:rsidP="003B63C9">
      <w:pPr>
        <w:pStyle w:val="ListBullet"/>
        <w:numPr>
          <w:ilvl w:val="0"/>
          <w:numId w:val="0"/>
        </w:numPr>
        <w:ind w:left="360" w:hanging="360"/>
        <w:rPr>
          <w:rFonts w:ascii="Aptos" w:hAnsi="Aptos"/>
          <w:sz w:val="24"/>
          <w:szCs w:val="24"/>
        </w:rPr>
      </w:pPr>
      <w:r w:rsidRPr="009E584E">
        <w:rPr>
          <w:rFonts w:ascii="Aptos" w:hAnsi="Aptos"/>
          <w:sz w:val="24"/>
          <w:szCs w:val="24"/>
        </w:rPr>
        <w:t>☐</w:t>
      </w:r>
      <w:r w:rsidRPr="009E584E">
        <w:rPr>
          <w:rFonts w:ascii="Aptos" w:hAnsi="Aptos"/>
          <w:sz w:val="24"/>
          <w:szCs w:val="24"/>
        </w:rPr>
        <w:t xml:space="preserve"> My food has been prepared hygienically and stored safely</w:t>
      </w:r>
    </w:p>
    <w:p w14:paraId="4ED139C6" w14:textId="274D6A78" w:rsidR="0032217A" w:rsidRPr="009E584E" w:rsidRDefault="00FC7DC0" w:rsidP="003B63C9">
      <w:pPr>
        <w:pStyle w:val="Heading2"/>
        <w:jc w:val="center"/>
        <w:rPr>
          <w:rFonts w:ascii="Aptos" w:hAnsi="Aptos"/>
          <w:sz w:val="28"/>
          <w:szCs w:val="28"/>
        </w:rPr>
      </w:pPr>
      <w:r w:rsidRPr="009E584E">
        <w:rPr>
          <w:rFonts w:ascii="Aptos" w:hAnsi="Aptos"/>
          <w:sz w:val="28"/>
          <w:szCs w:val="28"/>
        </w:rPr>
        <w:br/>
        <w:t xml:space="preserve"> THANK YOU FOR TAKING PART IN CULTURE DAY!</w:t>
      </w:r>
    </w:p>
    <w:p w14:paraId="4BA230A7" w14:textId="7BFE83C9" w:rsidR="0032217A" w:rsidRPr="009E584E" w:rsidRDefault="00FC7DC0" w:rsidP="003B63C9">
      <w:pPr>
        <w:jc w:val="center"/>
        <w:rPr>
          <w:rFonts w:ascii="Aptos" w:hAnsi="Aptos"/>
          <w:sz w:val="24"/>
          <w:szCs w:val="24"/>
        </w:rPr>
      </w:pPr>
      <w:r w:rsidRPr="009E584E">
        <w:rPr>
          <w:rFonts w:ascii="Aptos" w:hAnsi="Aptos"/>
          <w:sz w:val="24"/>
          <w:szCs w:val="24"/>
        </w:rPr>
        <w:t>Let's celebrate with food that is safe, inclusive, and delicious for all!</w:t>
      </w:r>
    </w:p>
    <w:p w14:paraId="27716EF7" w14:textId="148746BB" w:rsidR="003B63C9" w:rsidRPr="003B63C9" w:rsidRDefault="003B63C9" w:rsidP="003B63C9">
      <w:pPr>
        <w:tabs>
          <w:tab w:val="left" w:pos="3090"/>
        </w:tabs>
      </w:pPr>
    </w:p>
    <w:sectPr w:rsidR="003B63C9" w:rsidRPr="003B63C9" w:rsidSect="009E584E">
      <w:headerReference w:type="default" r:id="rId8"/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2B644" w14:textId="77777777" w:rsidR="00B66136" w:rsidRDefault="00B66136" w:rsidP="003B63C9">
      <w:pPr>
        <w:spacing w:after="0" w:line="240" w:lineRule="auto"/>
      </w:pPr>
      <w:r>
        <w:separator/>
      </w:r>
    </w:p>
  </w:endnote>
  <w:endnote w:type="continuationSeparator" w:id="0">
    <w:p w14:paraId="7105C9B2" w14:textId="77777777" w:rsidR="00B66136" w:rsidRDefault="00B66136" w:rsidP="003B6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DA07F" w14:textId="30FE01C1" w:rsidR="009E584E" w:rsidRDefault="009E584E">
    <w:pPr>
      <w:pStyle w:val="Footer"/>
    </w:pPr>
    <w:r w:rsidRPr="009E584E">
      <w:rPr>
        <w:noProof/>
      </w:rPr>
      <w:drawing>
        <wp:anchor distT="0" distB="0" distL="114300" distR="114300" simplePos="0" relativeHeight="251660288" behindDoc="0" locked="0" layoutInCell="1" allowOverlap="1" wp14:anchorId="1B96117F" wp14:editId="6A1075E2">
          <wp:simplePos x="0" y="0"/>
          <wp:positionH relativeFrom="margin">
            <wp:align>center</wp:align>
          </wp:positionH>
          <wp:positionV relativeFrom="paragraph">
            <wp:posOffset>134101</wp:posOffset>
          </wp:positionV>
          <wp:extent cx="1186815" cy="426085"/>
          <wp:effectExtent l="0" t="0" r="0" b="0"/>
          <wp:wrapSquare wrapText="bothSides"/>
          <wp:docPr id="6" name="Picture 8" descr="A blue circle with white outline of people in it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E18A7A1D-FABE-5AE7-D628-2F0A1762F47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 descr="A blue circle with white outline of people in it&#10;&#10;AI-generated content may be incorrect.">
                    <a:extLst>
                      <a:ext uri="{FF2B5EF4-FFF2-40B4-BE49-F238E27FC236}">
                        <a16:creationId xmlns:a16="http://schemas.microsoft.com/office/drawing/2014/main" id="{E18A7A1D-FABE-5AE7-D628-2F0A1762F474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6815" cy="4260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5B8A7" w14:textId="77777777" w:rsidR="00B66136" w:rsidRDefault="00B66136" w:rsidP="003B63C9">
      <w:pPr>
        <w:spacing w:after="0" w:line="240" w:lineRule="auto"/>
      </w:pPr>
      <w:r>
        <w:separator/>
      </w:r>
    </w:p>
  </w:footnote>
  <w:footnote w:type="continuationSeparator" w:id="0">
    <w:p w14:paraId="3D0EADA3" w14:textId="77777777" w:rsidR="00B66136" w:rsidRDefault="00B66136" w:rsidP="003B6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624DA5" w14:textId="31B4ABD0" w:rsidR="003B63C9" w:rsidRDefault="003B63C9">
    <w:pPr>
      <w:pStyle w:val="Header"/>
    </w:pPr>
    <w:r w:rsidRPr="003B63C9">
      <w:rPr>
        <w:noProof/>
      </w:rPr>
      <w:drawing>
        <wp:anchor distT="0" distB="0" distL="114300" distR="114300" simplePos="0" relativeHeight="251658240" behindDoc="0" locked="0" layoutInCell="1" allowOverlap="1" wp14:anchorId="7B300B13" wp14:editId="574F5457">
          <wp:simplePos x="0" y="0"/>
          <wp:positionH relativeFrom="column">
            <wp:posOffset>4724400</wp:posOffset>
          </wp:positionH>
          <wp:positionV relativeFrom="paragraph">
            <wp:posOffset>-191135</wp:posOffset>
          </wp:positionV>
          <wp:extent cx="1630680" cy="412115"/>
          <wp:effectExtent l="0" t="0" r="7620" b="6985"/>
          <wp:wrapSquare wrapText="bothSides"/>
          <wp:docPr id="5" name="Picture 4" descr="A close-up of a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09EF48F6-CCD1-2FD2-D9A5-ABD1B922F62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 descr="A close-up of a logo&#10;&#10;AI-generated content may be incorrect.">
                    <a:extLst>
                      <a:ext uri="{FF2B5EF4-FFF2-40B4-BE49-F238E27FC236}">
                        <a16:creationId xmlns:a16="http://schemas.microsoft.com/office/drawing/2014/main" id="{09EF48F6-CCD1-2FD2-D9A5-ABD1B922F623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30680" cy="412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02658380">
    <w:abstractNumId w:val="8"/>
  </w:num>
  <w:num w:numId="2" w16cid:durableId="722828498">
    <w:abstractNumId w:val="6"/>
  </w:num>
  <w:num w:numId="3" w16cid:durableId="1864592535">
    <w:abstractNumId w:val="5"/>
  </w:num>
  <w:num w:numId="4" w16cid:durableId="489949380">
    <w:abstractNumId w:val="4"/>
  </w:num>
  <w:num w:numId="5" w16cid:durableId="1115908595">
    <w:abstractNumId w:val="7"/>
  </w:num>
  <w:num w:numId="6" w16cid:durableId="2096046088">
    <w:abstractNumId w:val="3"/>
  </w:num>
  <w:num w:numId="7" w16cid:durableId="1186137500">
    <w:abstractNumId w:val="2"/>
  </w:num>
  <w:num w:numId="8" w16cid:durableId="1030491982">
    <w:abstractNumId w:val="1"/>
  </w:num>
  <w:num w:numId="9" w16cid:durableId="2049061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217A"/>
    <w:rsid w:val="00326F90"/>
    <w:rsid w:val="0039444A"/>
    <w:rsid w:val="003B63C9"/>
    <w:rsid w:val="009B7FDD"/>
    <w:rsid w:val="009E584E"/>
    <w:rsid w:val="00AA1D8D"/>
    <w:rsid w:val="00B47730"/>
    <w:rsid w:val="00B66136"/>
    <w:rsid w:val="00C95076"/>
    <w:rsid w:val="00CB0664"/>
    <w:rsid w:val="00FC693F"/>
    <w:rsid w:val="00FC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9B9F9B7"/>
  <w14:defaultImageDpi w14:val="300"/>
  <w15:docId w15:val="{3820359C-705A-4D0B-9EB3-F05582901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 Dunn</cp:lastModifiedBy>
  <cp:revision>2</cp:revision>
  <dcterms:created xsi:type="dcterms:W3CDTF">2025-07-18T14:27:00Z</dcterms:created>
  <dcterms:modified xsi:type="dcterms:W3CDTF">2025-07-18T14:27:00Z</dcterms:modified>
  <cp:category/>
</cp:coreProperties>
</file>